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C4A4C" w14:textId="43C94655" w:rsidR="006206BF" w:rsidRDefault="009F48BC">
      <w:pPr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14:paraId="29E6C264" w14:textId="42FD5D3B" w:rsidR="009F22B4" w:rsidRDefault="00000000">
      <w:pPr>
        <w:jc w:val="center"/>
      </w:pPr>
      <w:r>
        <w:rPr>
          <w:b/>
          <w:sz w:val="32"/>
        </w:rPr>
        <w:t>PRIHLÁŠKA</w:t>
      </w:r>
      <w:r w:rsidR="006206BF">
        <w:rPr>
          <w:b/>
          <w:sz w:val="32"/>
        </w:rPr>
        <w:t xml:space="preserve"> </w:t>
      </w:r>
      <w:r w:rsidR="00101B45">
        <w:rPr>
          <w:b/>
          <w:sz w:val="32"/>
        </w:rPr>
        <w:t xml:space="preserve">ZA ČLENA OZ - </w:t>
      </w:r>
      <w:r>
        <w:rPr>
          <w:b/>
          <w:sz w:val="32"/>
        </w:rPr>
        <w:t>CECH STAVBÁROV</w:t>
      </w:r>
      <w:r w:rsidR="00101B45">
        <w:rPr>
          <w:b/>
          <w:sz w:val="32"/>
        </w:rPr>
        <w:t xml:space="preserve"> SLOVENSKA</w:t>
      </w:r>
    </w:p>
    <w:p w14:paraId="14BC4887" w14:textId="77777777" w:rsidR="009F22B4" w:rsidRDefault="009F22B4"/>
    <w:p w14:paraId="3A340B7A" w14:textId="4457ADA7" w:rsidR="00101B45" w:rsidRDefault="00000000" w:rsidP="00101B45">
      <w:pPr>
        <w:pStyle w:val="Zoznamsodrkami"/>
        <w:spacing w:before="240"/>
      </w:pPr>
      <w:proofErr w:type="spellStart"/>
      <w:r>
        <w:t>Údaje</w:t>
      </w:r>
      <w:proofErr w:type="spellEnd"/>
      <w:r>
        <w:t xml:space="preserve"> </w:t>
      </w:r>
      <w:proofErr w:type="spellStart"/>
      <w:r>
        <w:t>uchádzača</w:t>
      </w:r>
      <w:proofErr w:type="spellEnd"/>
      <w:r>
        <w:t xml:space="preserve"> o </w:t>
      </w:r>
      <w:proofErr w:type="spellStart"/>
      <w:r>
        <w:t>členstvo</w:t>
      </w:r>
      <w:proofErr w:type="spellEnd"/>
      <w:r>
        <w:t xml:space="preserve"> (</w:t>
      </w:r>
      <w:proofErr w:type="spellStart"/>
      <w:r>
        <w:t>vyplní</w:t>
      </w:r>
      <w:proofErr w:type="spellEnd"/>
      <w:r>
        <w:t xml:space="preserve"> </w:t>
      </w:r>
      <w:proofErr w:type="spellStart"/>
      <w:r>
        <w:t>fyzická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právnická</w:t>
      </w:r>
      <w:proofErr w:type="spellEnd"/>
      <w:r>
        <w:t xml:space="preserve"> </w:t>
      </w:r>
      <w:proofErr w:type="spellStart"/>
      <w:r>
        <w:t>osoba</w:t>
      </w:r>
      <w:proofErr w:type="spellEnd"/>
      <w:r>
        <w:t>):</w:t>
      </w:r>
    </w:p>
    <w:p w14:paraId="5BE60CC9" w14:textId="25FE81FE" w:rsidR="009F22B4" w:rsidRDefault="00000000">
      <w:pPr>
        <w:tabs>
          <w:tab w:val="left" w:pos="4535"/>
        </w:tabs>
      </w:pPr>
      <w:r>
        <w:t>Meno a priezvisko / Obchodné meno:</w:t>
      </w:r>
      <w:r>
        <w:tab/>
        <w:t>..................................................</w:t>
      </w:r>
      <w:r w:rsidR="006206BF">
        <w:t>..........</w:t>
      </w:r>
    </w:p>
    <w:p w14:paraId="511D3F2A" w14:textId="7C73A429" w:rsidR="009F22B4" w:rsidRDefault="00000000">
      <w:pPr>
        <w:tabs>
          <w:tab w:val="left" w:pos="4535"/>
        </w:tabs>
      </w:pPr>
      <w:proofErr w:type="spellStart"/>
      <w:r>
        <w:t>Dátum</w:t>
      </w:r>
      <w:proofErr w:type="spellEnd"/>
      <w:r>
        <w:t xml:space="preserve"> </w:t>
      </w:r>
      <w:proofErr w:type="spellStart"/>
      <w:r>
        <w:t>narodenia</w:t>
      </w:r>
      <w:proofErr w:type="spellEnd"/>
      <w:r>
        <w:t xml:space="preserve"> /</w:t>
      </w:r>
      <w:r w:rsidR="006206BF">
        <w:t>IČO</w:t>
      </w:r>
      <w:r>
        <w:t>:</w:t>
      </w:r>
      <w:r>
        <w:tab/>
        <w:t>..................................................</w:t>
      </w:r>
      <w:r w:rsidR="006206BF">
        <w:t>..........</w:t>
      </w:r>
    </w:p>
    <w:p w14:paraId="6A0D185B" w14:textId="48F51F3B" w:rsidR="009F22B4" w:rsidRDefault="00000000">
      <w:pPr>
        <w:tabs>
          <w:tab w:val="left" w:pos="4535"/>
        </w:tabs>
      </w:pPr>
      <w:r>
        <w:t>Adresa trvalého pobytu / Sídlo spoločnosti:</w:t>
      </w:r>
      <w:r>
        <w:tab/>
        <w:t>..................................................</w:t>
      </w:r>
      <w:r w:rsidR="006206BF">
        <w:t>..........</w:t>
      </w:r>
    </w:p>
    <w:p w14:paraId="136C3CB1" w14:textId="72A75A68" w:rsidR="009F22B4" w:rsidRDefault="00000000">
      <w:pPr>
        <w:tabs>
          <w:tab w:val="left" w:pos="4535"/>
        </w:tabs>
      </w:pPr>
      <w:r>
        <w:t>Korešpondenčná adresa (ak je iná):</w:t>
      </w:r>
      <w:r>
        <w:tab/>
        <w:t>..................................................</w:t>
      </w:r>
      <w:r w:rsidR="006206BF">
        <w:t>..........</w:t>
      </w:r>
    </w:p>
    <w:p w14:paraId="3A611FC7" w14:textId="7B51CCD5" w:rsidR="009F22B4" w:rsidRDefault="00000000">
      <w:pPr>
        <w:tabs>
          <w:tab w:val="left" w:pos="4535"/>
        </w:tabs>
      </w:pPr>
      <w:r>
        <w:t>Telefónny kontakt:</w:t>
      </w:r>
      <w:r>
        <w:tab/>
        <w:t>..................................................</w:t>
      </w:r>
      <w:r w:rsidR="006206BF">
        <w:t>..........</w:t>
      </w:r>
    </w:p>
    <w:p w14:paraId="3B0CE817" w14:textId="79F27D84" w:rsidR="009F22B4" w:rsidRDefault="00000000">
      <w:pPr>
        <w:tabs>
          <w:tab w:val="left" w:pos="4535"/>
        </w:tabs>
      </w:pPr>
      <w:r>
        <w:t>E-mailová adresa:</w:t>
      </w:r>
      <w:r>
        <w:tab/>
        <w:t>..................................................</w:t>
      </w:r>
      <w:r w:rsidR="006206BF">
        <w:t>..........</w:t>
      </w:r>
    </w:p>
    <w:p w14:paraId="7930892D" w14:textId="3A71C0B8" w:rsidR="009F22B4" w:rsidRDefault="006206BF">
      <w:pPr>
        <w:tabs>
          <w:tab w:val="left" w:pos="4535"/>
        </w:tabs>
      </w:pPr>
      <w:r>
        <w:t>DIČ (</w:t>
      </w:r>
      <w:proofErr w:type="spellStart"/>
      <w:r>
        <w:t>ak</w:t>
      </w:r>
      <w:proofErr w:type="spellEnd"/>
      <w:r>
        <w:t xml:space="preserve"> je </w:t>
      </w:r>
      <w:proofErr w:type="spellStart"/>
      <w:r>
        <w:t>pridelené</w:t>
      </w:r>
      <w:proofErr w:type="spellEnd"/>
      <w:r>
        <w:t>):</w:t>
      </w:r>
      <w:r>
        <w:tab/>
        <w:t>............................................................</w:t>
      </w:r>
    </w:p>
    <w:p w14:paraId="560B86D9" w14:textId="38FB2A10" w:rsidR="009F22B4" w:rsidRDefault="00000000">
      <w:pPr>
        <w:tabs>
          <w:tab w:val="left" w:pos="4535"/>
        </w:tabs>
      </w:pPr>
      <w:r>
        <w:t>IČ DPH (</w:t>
      </w:r>
      <w:proofErr w:type="spellStart"/>
      <w:r>
        <w:t>ak</w:t>
      </w:r>
      <w:proofErr w:type="spellEnd"/>
      <w:r>
        <w:t xml:space="preserve"> je </w:t>
      </w:r>
      <w:proofErr w:type="spellStart"/>
      <w:r>
        <w:t>pridelené</w:t>
      </w:r>
      <w:proofErr w:type="spellEnd"/>
      <w:r>
        <w:t>):</w:t>
      </w:r>
      <w:r>
        <w:tab/>
        <w:t>..................................................</w:t>
      </w:r>
      <w:r w:rsidR="006206BF">
        <w:t>..........</w:t>
      </w:r>
    </w:p>
    <w:p w14:paraId="13410448" w14:textId="77777777" w:rsidR="009F22B4" w:rsidRDefault="009F22B4"/>
    <w:p w14:paraId="404E02A4" w14:textId="45758E11" w:rsidR="009F22B4" w:rsidRDefault="00000000">
      <w:pPr>
        <w:pStyle w:val="Zoznamsodrkami"/>
      </w:pPr>
      <w:proofErr w:type="spellStart"/>
      <w:r>
        <w:t>Informácie</w:t>
      </w:r>
      <w:proofErr w:type="spellEnd"/>
      <w:r>
        <w:t xml:space="preserve"> o </w:t>
      </w:r>
      <w:proofErr w:type="spellStart"/>
      <w:r>
        <w:t>pôsobení</w:t>
      </w:r>
      <w:proofErr w:type="spellEnd"/>
      <w:r w:rsidR="00101B45">
        <w:t xml:space="preserve"> </w:t>
      </w:r>
      <w:proofErr w:type="spellStart"/>
      <w:r w:rsidR="00101B45">
        <w:t>uchádzača</w:t>
      </w:r>
      <w:proofErr w:type="spellEnd"/>
      <w:r>
        <w:t xml:space="preserve"> v </w:t>
      </w:r>
      <w:proofErr w:type="spellStart"/>
      <w:r>
        <w:t>stavebníctve</w:t>
      </w:r>
      <w:proofErr w:type="spellEnd"/>
      <w:r>
        <w:t>:</w:t>
      </w:r>
    </w:p>
    <w:p w14:paraId="017D52CE" w14:textId="77777777" w:rsidR="006206BF" w:rsidRDefault="00000000">
      <w:pPr>
        <w:tabs>
          <w:tab w:val="left" w:pos="4535"/>
        </w:tabs>
      </w:pPr>
      <w:r>
        <w:t>Hlavný predmet činnosti:</w:t>
      </w:r>
      <w:r>
        <w:tab/>
      </w:r>
    </w:p>
    <w:p w14:paraId="0BC8282C" w14:textId="267D1B70" w:rsidR="009F22B4" w:rsidRDefault="00000000">
      <w:pPr>
        <w:tabs>
          <w:tab w:val="left" w:pos="4535"/>
        </w:tabs>
      </w:pPr>
      <w:r>
        <w:t>..................................................</w:t>
      </w:r>
      <w:r w:rsidR="006206BF">
        <w:t>.............................................................................................................................................</w:t>
      </w:r>
    </w:p>
    <w:p w14:paraId="7BAB37E0" w14:textId="77777777" w:rsidR="006206BF" w:rsidRDefault="00000000">
      <w:r>
        <w:t>........................................................................................................................</w:t>
      </w:r>
      <w:r w:rsidR="006206BF">
        <w:t>.......................................................................</w:t>
      </w:r>
    </w:p>
    <w:p w14:paraId="0C53A422" w14:textId="3A9B2AB0" w:rsidR="009F22B4" w:rsidRDefault="006206BF">
      <w:r>
        <w:t>...............................................................................................................................................................................................</w:t>
      </w:r>
    </w:p>
    <w:p w14:paraId="18E356CA" w14:textId="77777777" w:rsidR="006206BF" w:rsidRDefault="00000000" w:rsidP="006206BF">
      <w:pPr>
        <w:spacing w:after="0"/>
        <w:jc w:val="both"/>
      </w:pPr>
      <w:proofErr w:type="spellStart"/>
      <w:r>
        <w:t>Vyhlásenie</w:t>
      </w:r>
      <w:proofErr w:type="spellEnd"/>
      <w:r>
        <w:t xml:space="preserve"> </w:t>
      </w:r>
      <w:proofErr w:type="spellStart"/>
      <w:r>
        <w:t>uchádzača</w:t>
      </w:r>
      <w:proofErr w:type="spellEnd"/>
      <w:r>
        <w:t>:</w:t>
      </w:r>
    </w:p>
    <w:p w14:paraId="7BE96E45" w14:textId="77777777" w:rsidR="00101B45" w:rsidRDefault="00000000">
      <w:pPr>
        <w:jc w:val="both"/>
      </w:pPr>
      <w:r>
        <w:br/>
        <w:t>Týmto žiadam o prijatie za riadneho člena občianskeho združenia OZ Cech stavbárov. Potvrdzujem, že som sa oboznámil so stanovami združenia, súhlasím s nimi a zaväzujem sa riadiť sa ich ustanoveniami. Budem sa aktívne podieľať na činnosti cechu, podporovať spoluprácu medzi členmi a dbať na dodržiavanie profesijnej etiky v stavebníctve. Zaväzujem sa uhrádzať členské príspevky v určenej výške a termínoch.</w:t>
      </w:r>
      <w:r>
        <w:br/>
      </w:r>
      <w:r>
        <w:br/>
        <w:t xml:space="preserve">Súhlasím so spracovaním a uchovávaním svojich osobných údajov alebo údajov spoločnosti </w:t>
      </w:r>
    </w:p>
    <w:p w14:paraId="6327403C" w14:textId="77777777" w:rsidR="00101B45" w:rsidRDefault="00101B45">
      <w:pPr>
        <w:jc w:val="both"/>
      </w:pPr>
    </w:p>
    <w:p w14:paraId="7FCC533C" w14:textId="101DD2A8" w:rsidR="009F22B4" w:rsidRDefault="00000000">
      <w:pPr>
        <w:jc w:val="both"/>
      </w:pPr>
      <w:r>
        <w:t xml:space="preserve">v </w:t>
      </w:r>
      <w:proofErr w:type="spellStart"/>
      <w:r>
        <w:t>zmysle</w:t>
      </w:r>
      <w:proofErr w:type="spellEnd"/>
      <w:r>
        <w:t xml:space="preserve"> </w:t>
      </w:r>
      <w:proofErr w:type="spellStart"/>
      <w:r>
        <w:t>platných</w:t>
      </w:r>
      <w:proofErr w:type="spellEnd"/>
      <w:r>
        <w:t xml:space="preserve"> </w:t>
      </w:r>
      <w:proofErr w:type="spellStart"/>
      <w:r>
        <w:t>právnych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na účely vedenia členskej evidencie, odbornej spolupráce </w:t>
      </w:r>
      <w:proofErr w:type="gramStart"/>
      <w:r>
        <w:t>a</w:t>
      </w:r>
      <w:proofErr w:type="gramEnd"/>
      <w:r>
        <w:t xml:space="preserve"> organizovania aktivít združenia.</w:t>
      </w:r>
    </w:p>
    <w:p w14:paraId="5CA22F6A" w14:textId="77777777" w:rsidR="009F22B4" w:rsidRDefault="009F22B4"/>
    <w:p w14:paraId="5501D0D8" w14:textId="77777777" w:rsidR="009F22B4" w:rsidRDefault="00000000">
      <w:pPr>
        <w:tabs>
          <w:tab w:val="left" w:pos="4535"/>
        </w:tabs>
      </w:pPr>
      <w:r>
        <w:t>Miesto a dátum:</w:t>
      </w:r>
      <w:r>
        <w:tab/>
        <w:t>..................................................</w:t>
      </w:r>
    </w:p>
    <w:p w14:paraId="1CFE28F9" w14:textId="77777777" w:rsidR="006206BF" w:rsidRDefault="006206BF">
      <w:pPr>
        <w:tabs>
          <w:tab w:val="left" w:pos="4535"/>
        </w:tabs>
      </w:pPr>
    </w:p>
    <w:p w14:paraId="41B5D86B" w14:textId="788B8F1C" w:rsidR="009F22B4" w:rsidRDefault="00000000">
      <w:pPr>
        <w:tabs>
          <w:tab w:val="left" w:pos="4535"/>
        </w:tabs>
      </w:pPr>
      <w:proofErr w:type="spellStart"/>
      <w:r>
        <w:t>Podpis</w:t>
      </w:r>
      <w:proofErr w:type="spellEnd"/>
      <w:r>
        <w:t xml:space="preserve"> a </w:t>
      </w:r>
      <w:proofErr w:type="spellStart"/>
      <w:r>
        <w:t>pečiatka</w:t>
      </w:r>
      <w:proofErr w:type="spellEnd"/>
      <w:r>
        <w:t xml:space="preserve"> (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používa</w:t>
      </w:r>
      <w:proofErr w:type="spellEnd"/>
      <w:r>
        <w:t>):</w:t>
      </w:r>
      <w:r>
        <w:tab/>
        <w:t>..................................................</w:t>
      </w:r>
    </w:p>
    <w:p w14:paraId="783C5490" w14:textId="77777777" w:rsidR="009F22B4" w:rsidRDefault="009F22B4"/>
    <w:p w14:paraId="2AD88036" w14:textId="22AFA8EA" w:rsidR="0052429B" w:rsidRPr="0052429B" w:rsidRDefault="0052429B" w:rsidP="0052429B">
      <w:pPr>
        <w:jc w:val="both"/>
        <w:rPr>
          <w:b/>
          <w:bCs/>
        </w:rPr>
      </w:pPr>
      <w:proofErr w:type="spellStart"/>
      <w:r w:rsidRPr="0052429B">
        <w:rPr>
          <w:b/>
          <w:bCs/>
        </w:rPr>
        <w:t>Súhlas</w:t>
      </w:r>
      <w:proofErr w:type="spellEnd"/>
      <w:r w:rsidRPr="0052429B">
        <w:rPr>
          <w:b/>
          <w:bCs/>
        </w:rPr>
        <w:t xml:space="preserve"> so </w:t>
      </w:r>
      <w:proofErr w:type="spellStart"/>
      <w:r w:rsidRPr="0052429B">
        <w:rPr>
          <w:b/>
          <w:bCs/>
        </w:rPr>
        <w:t>spracovaním</w:t>
      </w:r>
      <w:proofErr w:type="spellEnd"/>
      <w:r w:rsidRPr="0052429B">
        <w:rPr>
          <w:b/>
          <w:bCs/>
        </w:rPr>
        <w:t xml:space="preserve"> a </w:t>
      </w:r>
      <w:proofErr w:type="spellStart"/>
      <w:r w:rsidRPr="0052429B">
        <w:rPr>
          <w:b/>
          <w:bCs/>
        </w:rPr>
        <w:t>zverejnením</w:t>
      </w:r>
      <w:proofErr w:type="spellEnd"/>
      <w:r w:rsidRPr="0052429B">
        <w:rPr>
          <w:b/>
          <w:bCs/>
        </w:rPr>
        <w:t xml:space="preserve"> </w:t>
      </w:r>
      <w:proofErr w:type="spellStart"/>
      <w:r w:rsidRPr="0052429B">
        <w:rPr>
          <w:b/>
          <w:bCs/>
        </w:rPr>
        <w:t>osobných</w:t>
      </w:r>
      <w:proofErr w:type="spellEnd"/>
      <w:r w:rsidRPr="0052429B">
        <w:rPr>
          <w:b/>
          <w:bCs/>
        </w:rPr>
        <w:t xml:space="preserve"> </w:t>
      </w:r>
      <w:proofErr w:type="spellStart"/>
      <w:r w:rsidRPr="0052429B">
        <w:rPr>
          <w:b/>
          <w:bCs/>
        </w:rPr>
        <w:t>údajov</w:t>
      </w:r>
      <w:proofErr w:type="spellEnd"/>
    </w:p>
    <w:p w14:paraId="082D44FB" w14:textId="399AEBFE" w:rsidR="0052429B" w:rsidRDefault="0052429B" w:rsidP="0052429B">
      <w:pPr>
        <w:jc w:val="both"/>
      </w:pPr>
      <w:proofErr w:type="spellStart"/>
      <w:r>
        <w:t>Poskytnuté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</w:t>
      </w:r>
      <w:proofErr w:type="spellStart"/>
      <w:r>
        <w:t>budú</w:t>
      </w:r>
      <w:proofErr w:type="spellEnd"/>
      <w:r>
        <w:t xml:space="preserve"> </w:t>
      </w:r>
      <w:proofErr w:type="spellStart"/>
      <w:r>
        <w:t>využité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účely</w:t>
      </w:r>
      <w:proofErr w:type="spellEnd"/>
      <w:r>
        <w:t xml:space="preserve"> </w:t>
      </w:r>
      <w:proofErr w:type="spellStart"/>
      <w:r>
        <w:t>činnosti</w:t>
      </w:r>
      <w:proofErr w:type="spellEnd"/>
      <w:r>
        <w:t xml:space="preserve"> OZ Cech </w:t>
      </w:r>
      <w:proofErr w:type="spellStart"/>
      <w:r>
        <w:t>stavbárov</w:t>
      </w:r>
      <w:proofErr w:type="spellEnd"/>
      <w:r>
        <w:t xml:space="preserve"> </w:t>
      </w:r>
      <w:proofErr w:type="spellStart"/>
      <w:r>
        <w:t>Slovenska.Člen</w:t>
      </w:r>
      <w:proofErr w:type="spellEnd"/>
      <w:r>
        <w:t xml:space="preserve"> </w:t>
      </w:r>
      <w:proofErr w:type="spellStart"/>
      <w:r>
        <w:t>združenia</w:t>
      </w:r>
      <w:proofErr w:type="spellEnd"/>
      <w:r>
        <w:t xml:space="preserve"> </w:t>
      </w:r>
      <w:proofErr w:type="spellStart"/>
      <w:r>
        <w:t>súhlasí</w:t>
      </w:r>
      <w:proofErr w:type="spellEnd"/>
      <w:r>
        <w:t xml:space="preserve"> so </w:t>
      </w:r>
      <w:proofErr w:type="spellStart"/>
      <w:r>
        <w:t>spracovaním</w:t>
      </w:r>
      <w:proofErr w:type="spellEnd"/>
      <w:r>
        <w:t xml:space="preserve"> a </w:t>
      </w:r>
      <w:proofErr w:type="spellStart"/>
      <w:r>
        <w:t>zverejnením</w:t>
      </w:r>
      <w:proofErr w:type="spellEnd"/>
      <w:r>
        <w:t xml:space="preserve"> </w:t>
      </w:r>
      <w:proofErr w:type="spellStart"/>
      <w:r>
        <w:t>svojich</w:t>
      </w:r>
      <w:proofErr w:type="spell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v </w:t>
      </w:r>
      <w:proofErr w:type="spellStart"/>
      <w:r>
        <w:t>rozsahu</w:t>
      </w:r>
      <w:proofErr w:type="spellEnd"/>
      <w:r>
        <w:t xml:space="preserve">: </w:t>
      </w:r>
      <w:proofErr w:type="spellStart"/>
      <w:r>
        <w:t>meno</w:t>
      </w:r>
      <w:proofErr w:type="spellEnd"/>
      <w:r>
        <w:t xml:space="preserve"> a </w:t>
      </w:r>
      <w:proofErr w:type="spellStart"/>
      <w:r>
        <w:t>priezvisko</w:t>
      </w:r>
      <w:proofErr w:type="spellEnd"/>
      <w:r>
        <w:t xml:space="preserve"> / </w:t>
      </w:r>
      <w:proofErr w:type="spellStart"/>
      <w:r>
        <w:t>názov</w:t>
      </w:r>
      <w:proofErr w:type="spellEnd"/>
      <w:r>
        <w:t xml:space="preserve"> </w:t>
      </w:r>
      <w:proofErr w:type="spellStart"/>
      <w:r>
        <w:t>firmy</w:t>
      </w:r>
      <w:proofErr w:type="spellEnd"/>
      <w:r>
        <w:t xml:space="preserve">, </w:t>
      </w:r>
      <w:proofErr w:type="spellStart"/>
      <w:r>
        <w:t>obec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mesto </w:t>
      </w:r>
      <w:proofErr w:type="spellStart"/>
      <w:r>
        <w:t>pôsobenia</w:t>
      </w:r>
      <w:proofErr w:type="spellEnd"/>
      <w:r>
        <w:t xml:space="preserve"> a </w:t>
      </w:r>
      <w:proofErr w:type="spellStart"/>
      <w:r>
        <w:t>hlavný</w:t>
      </w:r>
      <w:proofErr w:type="spellEnd"/>
      <w:r>
        <w:t xml:space="preserve"> </w:t>
      </w:r>
      <w:proofErr w:type="spellStart"/>
      <w:r>
        <w:t>predmet</w:t>
      </w:r>
      <w:proofErr w:type="spellEnd"/>
      <w:r>
        <w:t xml:space="preserve"> </w:t>
      </w:r>
      <w:proofErr w:type="spellStart"/>
      <w:r>
        <w:t>činnosti</w:t>
      </w:r>
      <w:proofErr w:type="spellEnd"/>
      <w:r>
        <w:t xml:space="preserve">, a to </w:t>
      </w:r>
      <w:proofErr w:type="spellStart"/>
      <w:r>
        <w:t>vo</w:t>
      </w:r>
      <w:proofErr w:type="spellEnd"/>
      <w:r>
        <w:t xml:space="preserve"> </w:t>
      </w:r>
      <w:proofErr w:type="spellStart"/>
      <w:r>
        <w:t>verejnom</w:t>
      </w:r>
      <w:proofErr w:type="spellEnd"/>
      <w:r>
        <w:t xml:space="preserve"> </w:t>
      </w:r>
      <w:proofErr w:type="spellStart"/>
      <w:r>
        <w:t>registri</w:t>
      </w:r>
      <w:proofErr w:type="spellEnd"/>
      <w:r>
        <w:t xml:space="preserve"> </w:t>
      </w:r>
      <w:proofErr w:type="spellStart"/>
      <w:r>
        <w:t>členov</w:t>
      </w:r>
      <w:proofErr w:type="spellEnd"/>
      <w:r>
        <w:t xml:space="preserve"> OZ,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slúži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informovanie</w:t>
      </w:r>
      <w:proofErr w:type="spellEnd"/>
      <w:r>
        <w:t xml:space="preserve"> </w:t>
      </w:r>
      <w:proofErr w:type="spellStart"/>
      <w:r>
        <w:t>verejnosti</w:t>
      </w:r>
      <w:proofErr w:type="spellEnd"/>
      <w:r>
        <w:t xml:space="preserve"> a </w:t>
      </w:r>
      <w:proofErr w:type="spellStart"/>
      <w:r>
        <w:t>podporu</w:t>
      </w:r>
      <w:proofErr w:type="spellEnd"/>
      <w:r>
        <w:t xml:space="preserve"> </w:t>
      </w:r>
      <w:proofErr w:type="spellStart"/>
      <w:r>
        <w:t>spolupráce</w:t>
      </w:r>
      <w:proofErr w:type="spellEnd"/>
      <w:r>
        <w:t xml:space="preserve"> </w:t>
      </w:r>
      <w:proofErr w:type="spellStart"/>
      <w:r>
        <w:t>medzi</w:t>
      </w:r>
      <w:proofErr w:type="spellEnd"/>
      <w:r>
        <w:t xml:space="preserve"> </w:t>
      </w:r>
      <w:proofErr w:type="spellStart"/>
      <w:r>
        <w:t>členmi</w:t>
      </w:r>
      <w:proofErr w:type="spellEnd"/>
      <w:r>
        <w:t>.</w:t>
      </w:r>
    </w:p>
    <w:p w14:paraId="4BBC0AE1" w14:textId="77777777" w:rsidR="0052429B" w:rsidRDefault="0052429B" w:rsidP="0052429B">
      <w:pPr>
        <w:jc w:val="both"/>
      </w:pPr>
    </w:p>
    <w:p w14:paraId="07FA2E56" w14:textId="77777777" w:rsidR="0052429B" w:rsidRDefault="0052429B" w:rsidP="0052429B">
      <w:pPr>
        <w:jc w:val="both"/>
      </w:pPr>
      <w:r>
        <w:t xml:space="preserve">K </w:t>
      </w:r>
      <w:proofErr w:type="spellStart"/>
      <w:r>
        <w:t>osobným</w:t>
      </w:r>
      <w:proofErr w:type="spellEnd"/>
      <w:r>
        <w:t xml:space="preserve"> </w:t>
      </w:r>
      <w:proofErr w:type="spellStart"/>
      <w:r>
        <w:t>údajom</w:t>
      </w:r>
      <w:proofErr w:type="spellEnd"/>
      <w:r>
        <w:t xml:space="preserve"> </w:t>
      </w:r>
      <w:proofErr w:type="spellStart"/>
      <w:r>
        <w:t>majú</w:t>
      </w:r>
      <w:proofErr w:type="spellEnd"/>
      <w:r>
        <w:t xml:space="preserve"> </w:t>
      </w:r>
      <w:proofErr w:type="spellStart"/>
      <w:r>
        <w:t>prístup</w:t>
      </w:r>
      <w:proofErr w:type="spellEnd"/>
      <w:r>
        <w:t xml:space="preserve"> </w:t>
      </w:r>
      <w:proofErr w:type="spellStart"/>
      <w:r>
        <w:t>členovia</w:t>
      </w:r>
      <w:proofErr w:type="spellEnd"/>
      <w:r>
        <w:t xml:space="preserve"> </w:t>
      </w:r>
      <w:proofErr w:type="spellStart"/>
      <w:r>
        <w:t>výkonného</w:t>
      </w:r>
      <w:proofErr w:type="spellEnd"/>
      <w:r>
        <w:t xml:space="preserve"> </w:t>
      </w:r>
      <w:proofErr w:type="spellStart"/>
      <w:r>
        <w:t>výboru</w:t>
      </w:r>
      <w:proofErr w:type="spellEnd"/>
      <w:r>
        <w:t xml:space="preserve"> a </w:t>
      </w:r>
      <w:proofErr w:type="spellStart"/>
      <w:r>
        <w:t>predseda</w:t>
      </w:r>
      <w:proofErr w:type="spellEnd"/>
      <w:r>
        <w:t xml:space="preserve"> </w:t>
      </w:r>
      <w:proofErr w:type="spellStart"/>
      <w:r>
        <w:t>združenia</w:t>
      </w:r>
      <w:proofErr w:type="spellEnd"/>
      <w:r>
        <w:t>.</w:t>
      </w:r>
    </w:p>
    <w:p w14:paraId="3D851465" w14:textId="23D04F7E" w:rsidR="009F22B4" w:rsidRDefault="0052429B" w:rsidP="0052429B">
      <w:pPr>
        <w:jc w:val="both"/>
      </w:pPr>
      <w:proofErr w:type="spellStart"/>
      <w:r>
        <w:t>Ostatné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</w:t>
      </w:r>
      <w:proofErr w:type="spellStart"/>
      <w:r>
        <w:t>nebudú</w:t>
      </w:r>
      <w:proofErr w:type="spellEnd"/>
      <w:r>
        <w:t xml:space="preserve"> bez </w:t>
      </w:r>
      <w:proofErr w:type="spellStart"/>
      <w:r>
        <w:t>písomného</w:t>
      </w:r>
      <w:proofErr w:type="spellEnd"/>
      <w:r>
        <w:t xml:space="preserve"> </w:t>
      </w:r>
      <w:proofErr w:type="spellStart"/>
      <w:r>
        <w:t>súhlasu</w:t>
      </w:r>
      <w:proofErr w:type="spellEnd"/>
      <w:r>
        <w:t xml:space="preserve"> </w:t>
      </w:r>
      <w:proofErr w:type="spellStart"/>
      <w:r>
        <w:t>člena</w:t>
      </w:r>
      <w:proofErr w:type="spellEnd"/>
      <w:r>
        <w:t xml:space="preserve"> </w:t>
      </w:r>
      <w:proofErr w:type="spellStart"/>
      <w:r>
        <w:t>sprístupnené</w:t>
      </w:r>
      <w:proofErr w:type="spellEnd"/>
      <w:r>
        <w:t xml:space="preserve"> </w:t>
      </w:r>
      <w:proofErr w:type="spellStart"/>
      <w:r>
        <w:t>tretím</w:t>
      </w:r>
      <w:proofErr w:type="spellEnd"/>
      <w:r>
        <w:t xml:space="preserve"> </w:t>
      </w:r>
      <w:proofErr w:type="spellStart"/>
      <w:r>
        <w:t>osobám</w:t>
      </w:r>
      <w:proofErr w:type="spellEnd"/>
      <w:r>
        <w:t>.</w:t>
      </w:r>
    </w:p>
    <w:p w14:paraId="356C38BD" w14:textId="77777777" w:rsidR="009F22B4" w:rsidRDefault="009F22B4"/>
    <w:p w14:paraId="13C98088" w14:textId="77777777" w:rsidR="009F22B4" w:rsidRDefault="00000000">
      <w:r>
        <w:t>Evidencia združenia:</w:t>
      </w:r>
    </w:p>
    <w:p w14:paraId="34549B07" w14:textId="77777777" w:rsidR="009F22B4" w:rsidRDefault="00000000">
      <w:pPr>
        <w:tabs>
          <w:tab w:val="left" w:pos="4535"/>
        </w:tabs>
      </w:pPr>
      <w:r>
        <w:t>Dátum prijatia prihlášky:</w:t>
      </w:r>
      <w:r>
        <w:tab/>
        <w:t>..................................................</w:t>
      </w:r>
    </w:p>
    <w:p w14:paraId="2CCC292C" w14:textId="77777777" w:rsidR="009F22B4" w:rsidRDefault="00000000">
      <w:pPr>
        <w:tabs>
          <w:tab w:val="left" w:pos="4535"/>
        </w:tabs>
      </w:pPr>
      <w:r>
        <w:t>Rozhodnutie o prijatí za člena: ÁNO / NIE (dňa:)</w:t>
      </w:r>
      <w:r>
        <w:tab/>
        <w:t>..................................................</w:t>
      </w:r>
    </w:p>
    <w:p w14:paraId="2F54375B" w14:textId="77777777" w:rsidR="009F22B4" w:rsidRDefault="009F22B4"/>
    <w:p w14:paraId="2ACE7FDF" w14:textId="77777777" w:rsidR="006206BF" w:rsidRDefault="006206BF"/>
    <w:p w14:paraId="2A4F23FD" w14:textId="77777777" w:rsidR="006206BF" w:rsidRDefault="006206BF"/>
    <w:p w14:paraId="14440905" w14:textId="77777777" w:rsidR="006206BF" w:rsidRDefault="006206BF"/>
    <w:p w14:paraId="4CD73BFB" w14:textId="77777777" w:rsidR="006206BF" w:rsidRDefault="006206BF"/>
    <w:p w14:paraId="3C767062" w14:textId="77777777" w:rsidR="006206BF" w:rsidRDefault="006206BF"/>
    <w:p w14:paraId="05086B61" w14:textId="77777777" w:rsidR="006206BF" w:rsidRDefault="006206BF"/>
    <w:p w14:paraId="00D4B308" w14:textId="77777777" w:rsidR="006206BF" w:rsidRDefault="006206BF"/>
    <w:p w14:paraId="4CDC64A4" w14:textId="60B7B9D2" w:rsidR="009F22B4" w:rsidRDefault="009F22B4"/>
    <w:sectPr w:rsidR="009F22B4" w:rsidSect="00101B45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21573" w14:textId="77777777" w:rsidR="00412DE9" w:rsidRDefault="00412DE9" w:rsidP="006206BF">
      <w:pPr>
        <w:spacing w:after="0" w:line="240" w:lineRule="auto"/>
      </w:pPr>
      <w:r>
        <w:separator/>
      </w:r>
    </w:p>
  </w:endnote>
  <w:endnote w:type="continuationSeparator" w:id="0">
    <w:p w14:paraId="4F8739A2" w14:textId="77777777" w:rsidR="00412DE9" w:rsidRDefault="00412DE9" w:rsidP="00620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04ABC" w14:textId="057F4DC9" w:rsidR="006206BF" w:rsidRPr="00101B45" w:rsidRDefault="006206BF" w:rsidP="00101B45">
    <w:pPr>
      <w:spacing w:line="240" w:lineRule="auto"/>
      <w:jc w:val="center"/>
      <w:rPr>
        <w:sz w:val="18"/>
        <w:szCs w:val="18"/>
      </w:rPr>
    </w:pPr>
    <w:r w:rsidRPr="00101B45">
      <w:rPr>
        <w:b/>
        <w:bCs/>
        <w:sz w:val="18"/>
        <w:szCs w:val="18"/>
      </w:rPr>
      <w:t xml:space="preserve">Cech </w:t>
    </w:r>
    <w:proofErr w:type="spellStart"/>
    <w:r w:rsidRPr="00101B45">
      <w:rPr>
        <w:b/>
        <w:bCs/>
        <w:sz w:val="18"/>
        <w:szCs w:val="18"/>
      </w:rPr>
      <w:t>stavbárov</w:t>
    </w:r>
    <w:proofErr w:type="spellEnd"/>
    <w:r w:rsidRPr="00101B45">
      <w:rPr>
        <w:b/>
        <w:bCs/>
        <w:sz w:val="18"/>
        <w:szCs w:val="18"/>
      </w:rPr>
      <w:t xml:space="preserve"> </w:t>
    </w:r>
    <w:proofErr w:type="spellStart"/>
    <w:r w:rsidRPr="00101B45">
      <w:rPr>
        <w:b/>
        <w:bCs/>
        <w:sz w:val="18"/>
        <w:szCs w:val="18"/>
      </w:rPr>
      <w:t>Slovenska</w:t>
    </w:r>
    <w:proofErr w:type="spellEnd"/>
    <w:r w:rsidRPr="00101B45">
      <w:rPr>
        <w:b/>
        <w:bCs/>
        <w:sz w:val="18"/>
        <w:szCs w:val="18"/>
      </w:rPr>
      <w:t xml:space="preserve">, </w:t>
    </w:r>
    <w:proofErr w:type="spellStart"/>
    <w:r w:rsidRPr="00101B45">
      <w:rPr>
        <w:b/>
        <w:bCs/>
        <w:sz w:val="18"/>
        <w:szCs w:val="18"/>
      </w:rPr>
      <w:t>Jilemnického</w:t>
    </w:r>
    <w:proofErr w:type="spellEnd"/>
    <w:r w:rsidRPr="00101B45">
      <w:rPr>
        <w:b/>
        <w:bCs/>
        <w:sz w:val="18"/>
        <w:szCs w:val="18"/>
      </w:rPr>
      <w:t xml:space="preserve"> 4, 080 01 </w:t>
    </w:r>
    <w:proofErr w:type="spellStart"/>
    <w:r w:rsidRPr="00101B45">
      <w:rPr>
        <w:b/>
        <w:bCs/>
        <w:sz w:val="18"/>
        <w:szCs w:val="18"/>
      </w:rPr>
      <w:t>Prešov</w:t>
    </w:r>
    <w:proofErr w:type="spellEnd"/>
    <w:r w:rsidRPr="00101B45">
      <w:rPr>
        <w:b/>
        <w:bCs/>
        <w:sz w:val="18"/>
        <w:szCs w:val="18"/>
      </w:rPr>
      <w:br/>
    </w:r>
    <w:r w:rsidRPr="00101B45">
      <w:rPr>
        <w:sz w:val="18"/>
        <w:szCs w:val="18"/>
      </w:rPr>
      <w:t xml:space="preserve">IČO: </w:t>
    </w:r>
    <w:r w:rsidRPr="00101B45">
      <w:rPr>
        <w:sz w:val="18"/>
        <w:szCs w:val="18"/>
      </w:rPr>
      <w:br/>
      <w:t xml:space="preserve">Web: </w:t>
    </w:r>
    <w:r w:rsidRPr="00101B45">
      <w:rPr>
        <w:sz w:val="18"/>
        <w:szCs w:val="18"/>
      </w:rPr>
      <w:br/>
    </w:r>
    <w:proofErr w:type="spellStart"/>
    <w:r w:rsidRPr="00101B45">
      <w:rPr>
        <w:sz w:val="18"/>
        <w:szCs w:val="18"/>
      </w:rPr>
      <w:t>Bankové</w:t>
    </w:r>
    <w:proofErr w:type="spellEnd"/>
    <w:r w:rsidRPr="00101B45">
      <w:rPr>
        <w:sz w:val="18"/>
        <w:szCs w:val="18"/>
      </w:rPr>
      <w:t xml:space="preserve"> </w:t>
    </w:r>
    <w:proofErr w:type="spellStart"/>
    <w:r w:rsidRPr="00101B45">
      <w:rPr>
        <w:sz w:val="18"/>
        <w:szCs w:val="18"/>
      </w:rPr>
      <w:t>spojenie</w:t>
    </w:r>
    <w:proofErr w:type="spellEnd"/>
    <w:r w:rsidRPr="00101B45">
      <w:rPr>
        <w:sz w:val="18"/>
        <w:szCs w:val="18"/>
      </w:rPr>
      <w:t>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9E082" w14:textId="77777777" w:rsidR="00412DE9" w:rsidRDefault="00412DE9" w:rsidP="006206BF">
      <w:pPr>
        <w:spacing w:after="0" w:line="240" w:lineRule="auto"/>
      </w:pPr>
      <w:r>
        <w:separator/>
      </w:r>
    </w:p>
  </w:footnote>
  <w:footnote w:type="continuationSeparator" w:id="0">
    <w:p w14:paraId="03EB9329" w14:textId="77777777" w:rsidR="00412DE9" w:rsidRDefault="00412DE9" w:rsidP="00620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1A64A" w14:textId="32B22CF8" w:rsidR="006206BF" w:rsidRDefault="006206BF" w:rsidP="006206BF">
    <w:pPr>
      <w:pStyle w:val="Hlavika"/>
      <w:jc w:val="center"/>
    </w:pPr>
    <w:r>
      <w:rPr>
        <w:noProof/>
      </w:rPr>
      <w:drawing>
        <wp:inline distT="0" distB="0" distL="0" distR="0" wp14:anchorId="7814C644" wp14:editId="0B5BA1EB">
          <wp:extent cx="733425" cy="626099"/>
          <wp:effectExtent l="0" t="0" r="0" b="3175"/>
          <wp:docPr id="2004915817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809" cy="634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32802154">
    <w:abstractNumId w:val="8"/>
  </w:num>
  <w:num w:numId="2" w16cid:durableId="973220739">
    <w:abstractNumId w:val="6"/>
  </w:num>
  <w:num w:numId="3" w16cid:durableId="659499985">
    <w:abstractNumId w:val="5"/>
  </w:num>
  <w:num w:numId="4" w16cid:durableId="1836728809">
    <w:abstractNumId w:val="4"/>
  </w:num>
  <w:num w:numId="5" w16cid:durableId="77756208">
    <w:abstractNumId w:val="7"/>
  </w:num>
  <w:num w:numId="6" w16cid:durableId="451364936">
    <w:abstractNumId w:val="3"/>
  </w:num>
  <w:num w:numId="7" w16cid:durableId="531845138">
    <w:abstractNumId w:val="2"/>
  </w:num>
  <w:num w:numId="8" w16cid:durableId="1629507961">
    <w:abstractNumId w:val="1"/>
  </w:num>
  <w:num w:numId="9" w16cid:durableId="2122649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01B45"/>
    <w:rsid w:val="0015074B"/>
    <w:rsid w:val="00273C4A"/>
    <w:rsid w:val="0029639D"/>
    <w:rsid w:val="00326F90"/>
    <w:rsid w:val="00412DE9"/>
    <w:rsid w:val="00492A0B"/>
    <w:rsid w:val="0052429B"/>
    <w:rsid w:val="006206BF"/>
    <w:rsid w:val="008A1B93"/>
    <w:rsid w:val="009F22B4"/>
    <w:rsid w:val="009F48BC"/>
    <w:rsid w:val="00AA1D8D"/>
    <w:rsid w:val="00B47730"/>
    <w:rsid w:val="00C66E28"/>
    <w:rsid w:val="00CB0664"/>
    <w:rsid w:val="00D812C6"/>
    <w:rsid w:val="00DB3D84"/>
    <w:rsid w:val="00E97D3A"/>
    <w:rsid w:val="00FB61D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CD785A3"/>
  <w14:defaultImageDpi w14:val="300"/>
  <w15:docId w15:val="{AD63C9D9-4383-4CA7-9E6B-3B45C4FA0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Richard Bync</cp:lastModifiedBy>
  <cp:revision>7</cp:revision>
  <cp:lastPrinted>2025-08-13T13:36:00Z</cp:lastPrinted>
  <dcterms:created xsi:type="dcterms:W3CDTF">2013-12-23T23:15:00Z</dcterms:created>
  <dcterms:modified xsi:type="dcterms:W3CDTF">2025-10-07T10:19:00Z</dcterms:modified>
  <cp:category/>
</cp:coreProperties>
</file>